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6CD5" w:rsidRPr="0052071B" w:rsidRDefault="00B969BE">
      <w:pPr>
        <w:jc w:val="center"/>
        <w:rPr>
          <w:lang w:val="it-IT"/>
        </w:rPr>
      </w:pPr>
      <w:bookmarkStart w:id="0" w:name="_GoBack"/>
      <w:bookmarkEnd w:id="0"/>
      <w:r w:rsidRPr="0052071B">
        <w:rPr>
          <w:b/>
          <w:lang w:val="it-IT"/>
        </w:rPr>
        <w:t>MINISTERO DELL’ISTRUZIONE E DEL MERITO</w:t>
      </w:r>
    </w:p>
    <w:p w:rsidR="00636CD5" w:rsidRPr="0052071B" w:rsidRDefault="00B969BE">
      <w:pPr>
        <w:jc w:val="center"/>
        <w:rPr>
          <w:lang w:val="it-IT"/>
        </w:rPr>
      </w:pPr>
      <w:r w:rsidRPr="0052071B">
        <w:rPr>
          <w:b/>
          <w:lang w:val="it-IT"/>
        </w:rPr>
        <w:t>ISTITUTO COMPRENSIVO “GINO FELCI”</w:t>
      </w:r>
    </w:p>
    <w:p w:rsidR="00636CD5" w:rsidRPr="0052071B" w:rsidRDefault="00B969BE">
      <w:pPr>
        <w:jc w:val="center"/>
        <w:rPr>
          <w:lang w:val="it-IT"/>
        </w:rPr>
      </w:pPr>
      <w:r w:rsidRPr="0052071B">
        <w:rPr>
          <w:lang w:val="it-IT"/>
        </w:rPr>
        <w:t>Anno scolastico 2026/2027</w:t>
      </w:r>
    </w:p>
    <w:p w:rsidR="00636CD5" w:rsidRPr="0052071B" w:rsidRDefault="00B969BE">
      <w:pPr>
        <w:jc w:val="center"/>
        <w:rPr>
          <w:lang w:val="it-IT"/>
        </w:rPr>
      </w:pPr>
      <w:r w:rsidRPr="0052071B">
        <w:rPr>
          <w:b/>
          <w:lang w:val="it-IT"/>
        </w:rPr>
        <w:t xml:space="preserve">ALLEGATO A – DOMANDA DI PARTECIPAZIONE ALL’INTERPELLO </w:t>
      </w:r>
      <w:r w:rsidR="0052071B" w:rsidRPr="0052071B">
        <w:rPr>
          <w:b/>
          <w:lang w:val="it-IT"/>
        </w:rPr>
        <w:t>A</w:t>
      </w:r>
      <w:r w:rsidR="00DF26A3">
        <w:rPr>
          <w:b/>
          <w:lang w:val="it-IT"/>
        </w:rPr>
        <w:t>D</w:t>
      </w:r>
      <w:r w:rsidR="0052071B">
        <w:rPr>
          <w:b/>
          <w:lang w:val="it-IT"/>
        </w:rPr>
        <w:t>AA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Al Dirigente Scolastico dell’I.C. “Gino Felci”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Il/La sottoscritto/a __________________________________________, nato/a a ____________________ il ____________, C.F. __________________________, residente a __________________________, via __________________________, domicilio (se diverso) ________________________, cellulare __________________, e-mail ______________________, PEC ______________________,</w:t>
      </w:r>
    </w:p>
    <w:p w:rsidR="00636CD5" w:rsidRPr="0052071B" w:rsidRDefault="00B969BE">
      <w:pPr>
        <w:jc w:val="center"/>
        <w:rPr>
          <w:lang w:val="it-IT"/>
        </w:rPr>
      </w:pPr>
      <w:r w:rsidRPr="0052071B">
        <w:rPr>
          <w:b/>
          <w:lang w:val="it-IT"/>
        </w:rPr>
        <w:t>CHIEDE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 xml:space="preserve">di partecipare all’interpello per n. </w:t>
      </w:r>
      <w:r w:rsidR="0052071B">
        <w:rPr>
          <w:lang w:val="it-IT"/>
        </w:rPr>
        <w:t xml:space="preserve">1 </w:t>
      </w:r>
      <w:r w:rsidRPr="0052071B">
        <w:rPr>
          <w:lang w:val="it-IT"/>
        </w:rPr>
        <w:t>post</w:t>
      </w:r>
      <w:r w:rsidR="0052071B">
        <w:rPr>
          <w:lang w:val="it-IT"/>
        </w:rPr>
        <w:t>o</w:t>
      </w:r>
      <w:r w:rsidRPr="0052071B">
        <w:rPr>
          <w:lang w:val="it-IT"/>
        </w:rPr>
        <w:t xml:space="preserve"> comun</w:t>
      </w:r>
      <w:r w:rsidR="0052071B">
        <w:rPr>
          <w:lang w:val="it-IT"/>
        </w:rPr>
        <w:t>e</w:t>
      </w:r>
      <w:r w:rsidRPr="0052071B">
        <w:rPr>
          <w:lang w:val="it-IT"/>
        </w:rPr>
        <w:t xml:space="preserve"> </w:t>
      </w:r>
      <w:r w:rsidR="0052071B">
        <w:rPr>
          <w:lang w:val="it-IT"/>
        </w:rPr>
        <w:t>A</w:t>
      </w:r>
      <w:r w:rsidR="00DF26A3">
        <w:rPr>
          <w:lang w:val="it-IT"/>
        </w:rPr>
        <w:t>D</w:t>
      </w:r>
      <w:r w:rsidR="0052071B">
        <w:rPr>
          <w:lang w:val="it-IT"/>
        </w:rPr>
        <w:t>AA</w:t>
      </w:r>
      <w:r w:rsidRPr="0052071B">
        <w:rPr>
          <w:lang w:val="it-IT"/>
        </w:rPr>
        <w:t xml:space="preserve">, dal </w:t>
      </w:r>
      <w:r w:rsidR="00DF26A3">
        <w:rPr>
          <w:lang w:val="it-IT"/>
        </w:rPr>
        <w:t>20</w:t>
      </w:r>
      <w:r w:rsidRPr="0052071B">
        <w:rPr>
          <w:lang w:val="it-IT"/>
        </w:rPr>
        <w:t xml:space="preserve">/10/2026 al </w:t>
      </w:r>
      <w:r w:rsidR="00DF26A3">
        <w:rPr>
          <w:lang w:val="it-IT"/>
        </w:rPr>
        <w:t>22</w:t>
      </w:r>
      <w:r w:rsidR="0052071B">
        <w:rPr>
          <w:lang w:val="it-IT"/>
        </w:rPr>
        <w:t>/12/2026</w:t>
      </w:r>
      <w:r w:rsidRPr="0052071B">
        <w:rPr>
          <w:lang w:val="it-IT"/>
        </w:rPr>
        <w:t>.</w:t>
      </w:r>
    </w:p>
    <w:p w:rsidR="00636CD5" w:rsidRPr="0052071B" w:rsidRDefault="00B969BE">
      <w:pPr>
        <w:jc w:val="center"/>
        <w:rPr>
          <w:lang w:val="it-IT"/>
        </w:rPr>
      </w:pPr>
      <w:r w:rsidRPr="0052071B">
        <w:rPr>
          <w:b/>
          <w:lang w:val="it-IT"/>
        </w:rPr>
        <w:t>DICHIARA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ai sensi degli artt. 46 e 47 del D.P.R. 445/2000, consapevole delle responsabilità penali previste dall’art. 76 e della decadenza dai benefici prevista dall’art. 75 in caso di dichiarazioni non veritiere: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b/>
          <w:lang w:val="it-IT"/>
        </w:rPr>
        <w:t>A. Titoli di accesso e altri titoli (barrare e completare)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□ Laurea in Scienze della Formazione Primaria: Ateneo __________; data __________; voto ____/____; ordinamento __________.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□ Diploma magistrale abilitante conseguito entro l’a.s. 2001/2002: istituto __________; a.s. ______; voto ______.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□ Altro titolo abilitante per la primaria: __________________; ente __________; data __________; estremi __________.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□ Iscrizione a Scienze della Formazione Primaria: Ateneo __________; anno di corso □ 3° □ 4° □ 5° □ successivo; CFU conseguiti ______; media ponderata ______.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□ Laurea in Scienze dell’Educazione / Pedagogia / Psicologia / altra laurea affine: denominazione __________; classe ______; Ateneo ______; data ______; voto ______.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□ Altro titolo di studio: __________________; istituzione __________; data __________; voto __________.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□ Eventuale titolo di specializzazione sul sostegno: grado __________; ente __________; data __________.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b/>
          <w:lang w:val="it-IT"/>
        </w:rPr>
        <w:t>B. Servizi di insegnamento dichiarati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Per ciascun servizio indicare scuola, grado/tipologia di posto, periodo dal/al, giorni di servizio e natura del contratto.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1. Istituzione __________________; posto __________; dal ______ al ______; giorni ______; contratto __________.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lastRenderedPageBreak/>
        <w:t>2. Istituzione __________________; posto __________; dal ______ al ______; giorni ______; contratto __________.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3. Istituzione __________________; posto __________; dal ______ al ______; giorni ______; contratto __________.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b/>
          <w:lang w:val="it-IT"/>
        </w:rPr>
        <w:t>C. Requisiti generali e situazioni ostative (barrare)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□ cittadinanza italiana / di Stato UE / altra condizione che consente accesso al pubblico impiego (specificare) __________;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□ godimento dei diritti civili e politici; □ iscrizione nelle liste elettorali del Comune di __________ / motivi della mancata iscrizione __________;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□ idoneità fisica allo svolgimento delle funzioni proprie del personale docente;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□ assenza di destituzione, dispensa, licenziamento disciplinare o decadenza da impiego pubblico per cause ostative;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□ assenza di interdizione dai pubblici uffici o altre condizioni ostative all’assunzione;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□ assenza di condanne penali / presenza delle seguenti condanne (indicare anche se beneficiate da provvedimenti di clemenza): __________;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□ assenza di procedimenti penali pendenti / presenza dei seguenti procedimenti: __________;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□ non essere già titolare di contratto a tempo determinato né destinatario di nomina incompatibile, salvo le eccezioni consentite dalla normativa vigente;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□ non essere destinatario di altre condizioni ostative previste dall’O.M. 27/2026 e dalle istruzioni operative vigenti;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□ aver preso visione dell’avviso, accettarne le condizioni e impegnarsi alla presa di servizio nei termini prescritti;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□ autorizzare le comunicazioni relative alla procedura ai recapiti dichiarati e dichiarare di aver preso visione dell’informativa privacy.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b/>
          <w:lang w:val="it-IT"/>
        </w:rPr>
        <w:t>D. Allegati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□ Curriculum vitae sottoscritto; □ copia documento d’identità; □ eventuale documentazione integrativa dei titoli dichiarati.</w:t>
      </w:r>
    </w:p>
    <w:p w:rsidR="00636CD5" w:rsidRDefault="00B969BE">
      <w:pPr>
        <w:jc w:val="both"/>
      </w:pPr>
      <w:r>
        <w:t>Luogo e data _________________________       Firma __________________________</w:t>
      </w:r>
    </w:p>
    <w:sectPr w:rsidR="00636CD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283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C4F"/>
    <w:rsid w:val="00034616"/>
    <w:rsid w:val="0006063C"/>
    <w:rsid w:val="0015074B"/>
    <w:rsid w:val="0029639D"/>
    <w:rsid w:val="00326F90"/>
    <w:rsid w:val="0052071B"/>
    <w:rsid w:val="00636CD5"/>
    <w:rsid w:val="00AA1D8D"/>
    <w:rsid w:val="00B47730"/>
    <w:rsid w:val="00B969BE"/>
    <w:rsid w:val="00CB0664"/>
    <w:rsid w:val="00DF26A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0621EC9E-C471-46FA-AF0E-408630EF6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C693F"/>
    <w:pPr>
      <w:spacing w:after="100"/>
    </w:pPr>
    <w:rPr>
      <w:rFonts w:ascii="Calibri" w:hAnsi="Calibri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AAAAC04-32C5-42DC-92C7-F6F342DD5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582</Words>
  <Characters>3324</Characters>
  <Application>Microsoft Office Word</Application>
  <DocSecurity>0</DocSecurity>
  <Lines>27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3899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Marcella Magistri</cp:lastModifiedBy>
  <cp:revision>2</cp:revision>
  <dcterms:created xsi:type="dcterms:W3CDTF">2026-10-23T10:05:00Z</dcterms:created>
  <dcterms:modified xsi:type="dcterms:W3CDTF">2026-10-23T10:05:00Z</dcterms:modified>
  <cp:category/>
</cp:coreProperties>
</file>